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5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953"/>
        <w:gridCol w:w="4252"/>
      </w:tblGrid>
      <w:tr>
        <w:tc>
          <w:tcPr>
            <w:tcW w:type="dxa" w:w="5953"/>
            <w:vAlign w:val="center"/>
          </w:tcPr>
          <w:p>
            <w:r/>
            <w:r>
              <w:rPr>
                <w:b/>
                <w:sz w:val="40"/>
              </w:rPr>
              <w:t>贈答用みかん箱5kgの注文書</w:t>
            </w:r>
          </w:p>
        </w:tc>
        <w:tc>
          <w:tcPr>
            <w:tcW w:type="dxa" w:w="4252"/>
          </w:tcPr>
          <w:p>
            <w:pPr>
              <w:jc w:val="right"/>
            </w:pPr>
            <w:r/>
            <w:r>
              <w:rPr>
                <w:b/>
                <w:sz w:val="34"/>
              </w:rPr>
              <w:t>FAX：0854-22-5255</w:t>
            </w:r>
          </w:p>
          <w:p>
            <w:pPr>
              <w:spacing w:before="40"/>
              <w:jc w:val="right"/>
            </w:pPr>
            <w:r>
              <w:rPr>
                <w:sz w:val="21"/>
              </w:rPr>
              <w:t>やすぎ観光みかん園</w:t>
            </w:r>
          </w:p>
          <w:p>
            <w:pPr>
              <w:spacing w:before="60"/>
              <w:jc w:val="right"/>
              <w:pBdr>
                <w:top w:val="single" w:sz="6" w:space="4" w:color="000000"/>
                <w:left w:val="single" w:sz="6" w:space="4" w:color="000000"/>
                <w:bottom w:val="single" w:sz="6" w:space="4" w:color="000000"/>
                <w:right w:val="single" w:sz="6" w:space="4" w:color="000000"/>
              </w:pBdr>
            </w:pPr>
            <w:r>
              <w:rPr>
                <w:sz w:val="19"/>
              </w:rPr>
              <w:t>〒692-0023 島根県安来市黒井田町1094-2</w:t>
            </w:r>
          </w:p>
        </w:tc>
      </w:tr>
    </w:tbl>
    <w:p>
      <w:pPr>
        <w:spacing w:before="40" w:after="0"/>
        <w:pBdr>
          <w:bottom w:val="single" w:sz="20" w:space="1" w:color="000000"/>
        </w:pBdr>
      </w:pPr>
    </w:p>
    <w:tbl>
      <w:tblPr>
        <w:tblW w:type="dxa" w:w="10205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953"/>
        <w:gridCol w:w="4252"/>
      </w:tblGrid>
      <w:tr>
        <w:trPr>
          <w:trHeight w:val="312"/>
        </w:trPr>
        <w:tc>
          <w:tcPr>
            <w:tcW w:type="dxa" w:w="5953"/>
            <w:vAlign w:val="center"/>
          </w:tcPr>
          <w:p>
            <w:r/>
            <w:r>
              <w:rPr>
                <w:b/>
                <w:sz w:val="24"/>
              </w:rPr>
              <w:t>●ご依頼主さま情報</w:t>
            </w:r>
          </w:p>
        </w:tc>
        <w:tc>
          <w:tcPr>
            <w:tcW w:type="dxa" w:w="4252"/>
            <w:vAlign w:val="center"/>
          </w:tcPr>
          <w:p>
            <w:r/>
            <w:r>
              <w:rPr>
                <w:b/>
                <w:sz w:val="22"/>
              </w:rPr>
              <w:t>●ご注文日　　　年　　　月　　　日</w:t>
            </w:r>
          </w:p>
        </w:tc>
      </w:tr>
    </w:tbl>
    <w:tbl>
      <w:tblPr>
        <w:tblW w:type="dxa" w:w="10205"/>
        <w:tblLayout w:type="fixed"/>
        <w:tblLook w:firstColumn="1" w:firstRow="1" w:lastColumn="0" w:lastRow="0" w:noHBand="0" w:noVBand="1" w:val="04A0"/>
      </w:tblPr>
      <w:tblGrid>
        <w:gridCol w:w="5953"/>
        <w:gridCol w:w="4252"/>
      </w:tblGrid>
      <w:tr>
        <w:trPr>
          <w:trHeight w:val="539" w:hRule="atLeast"/>
        </w:trPr>
        <w:tc>
          <w:tcPr>
            <w:tcW w:type="dxa" w:w="595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r/>
            <w:r>
              <w:rPr>
                <w:color w:val="666666"/>
                <w:sz w:val="15"/>
              </w:rPr>
              <w:t>ふりがな</w:t>
              <w:br/>
            </w:r>
            <w:r>
              <w:rPr>
                <w:b/>
                <w:sz w:val="22"/>
              </w:rPr>
              <w:t>名前</w:t>
            </w:r>
          </w:p>
          <w:p>
            <w:pPr>
              <w:spacing w:before="160"/>
              <w:jc w:val="right"/>
            </w:pPr>
            <w:r>
              <w:rPr>
                <w:sz w:val="26"/>
              </w:rPr>
              <w:t>様</w:t>
            </w:r>
          </w:p>
        </w:tc>
        <w:tc>
          <w:tcPr>
            <w:tcW w:type="dxa" w:w="42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shd w:val="clear" w:color="auto" w:fill="D9D9D9"/>
          </w:tcPr>
          <w:p>
            <w:r/>
            <w:r>
              <w:rPr>
                <w:b w:val="0"/>
                <w:sz w:val="21"/>
              </w:rPr>
              <w:t>電話番号　　　　　（　　　　）</w:t>
            </w:r>
          </w:p>
        </w:tc>
      </w:tr>
      <w:tr>
        <w:trPr>
          <w:trHeight w:val="539" w:hRule="atLeast"/>
        </w:trPr>
        <w:tc>
          <w:tcPr>
            <w:tcW w:type="dxa" w:w="5953"/>
            <w:vMerge/>
          </w:tcPr>
          <w:p/>
        </w:tc>
        <w:tc>
          <w:tcPr>
            <w:tcW w:type="dxa" w:w="42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shd w:val="clear" w:color="auto" w:fill="D9D9D9"/>
          </w:tcPr>
          <w:p>
            <w:r/>
            <w:r>
              <w:rPr>
                <w:b w:val="0"/>
                <w:sz w:val="21"/>
              </w:rPr>
              <w:t>携帯電話　　　　　（　　　　）</w:t>
            </w:r>
          </w:p>
        </w:tc>
      </w:tr>
      <w:tr>
        <w:trPr>
          <w:trHeight w:val="794" w:hRule="atLeast"/>
        </w:trPr>
        <w:tc>
          <w:tcPr>
            <w:tcW w:type="dxa" w:w="10205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r/>
            <w:r>
              <w:rPr>
                <w:b/>
                <w:sz w:val="22"/>
              </w:rPr>
              <w:t>住所　〒</w:t>
            </w:r>
          </w:p>
        </w:tc>
      </w:tr>
      <w:tr>
        <w:trPr>
          <w:trHeight w:val="624" w:hRule="atLeast"/>
        </w:trPr>
        <w:tc>
          <w:tcPr>
            <w:tcW w:type="dxa" w:w="10205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shd w:val="clear" w:color="auto" w:fill="D9D9D9"/>
          </w:tcPr>
          <w:p>
            <w:r/>
            <w:r>
              <w:rPr>
                <w:b/>
                <w:sz w:val="22"/>
              </w:rPr>
              <w:t>備考</w:t>
            </w:r>
          </w:p>
        </w:tc>
      </w:tr>
    </w:tbl>
    <w:p>
      <w:pPr>
        <w:spacing w:before="0" w:after="0"/>
      </w:pPr>
      <w:r>
        <w:rPr>
          <w:sz w:val="6"/>
        </w:rPr>
      </w:r>
    </w:p>
    <w:p>
      <w:pPr>
        <w:spacing w:before="40" w:after="40"/>
      </w:pPr>
      <w:r>
        <w:rPr>
          <w:b/>
          <w:sz w:val="24"/>
        </w:rPr>
        <w:t>●お届け先</w:t>
      </w:r>
    </w:p>
    <w:tbl>
      <w:tblPr>
        <w:tblW w:type="dxa" w:w="10204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9694"/>
      </w:tblGrid>
      <w:tr>
        <w:tc>
          <w:tcPr>
            <w:tcW w:type="dxa" w:w="510"/>
            <w:vAlign w:val="center"/>
          </w:tcPr>
          <w:p>
            <w:pPr>
              <w:jc w:val="center"/>
            </w:pPr>
            <w:r/>
            <w:r>
              <w:rPr>
                <w:b/>
                <w:sz w:val="32"/>
              </w:rPr>
              <w:t>1</w:t>
            </w:r>
          </w:p>
        </w:tc>
        <w:tc>
          <w:tcPr>
            <w:tcW w:type="dxa" w:w="9694"/>
          </w:tcPr>
          <w:tbl>
            <w:tblPr>
              <w:tblW w:type="dxa" w:w="9694"/>
              <w:tblLayout w:type="fixed"/>
              <w:tblLook w:firstColumn="1" w:firstRow="1" w:lastColumn="0" w:lastRow="0" w:noHBand="0" w:noVBand="1" w:val="04A0"/>
            </w:tblPr>
            <w:tblGrid>
              <w:gridCol w:w="3685"/>
              <w:gridCol w:w="1134"/>
              <w:gridCol w:w="850"/>
              <w:gridCol w:w="4025"/>
            </w:tblGrid>
            <w:tr>
              <w:trPr>
                <w:trHeight w:val="482" w:hRule="atLeast"/>
              </w:trPr>
              <w:tc>
                <w:tcPr>
                  <w:tcW w:type="dxa" w:w="4819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color w:val="666666"/>
                      <w:sz w:val="15"/>
                    </w:rPr>
                    <w:t>ふりがな</w:t>
                    <w:br/>
                  </w:r>
                  <w:r>
                    <w:rPr>
                      <w:b/>
                      <w:sz w:val="22"/>
                    </w:rPr>
                    <w:t>名前</w:t>
                  </w:r>
                </w:p>
                <w:p>
                  <w:pPr>
                    <w:spacing w:before="120"/>
                    <w:jc w:val="right"/>
                  </w:pPr>
                  <w:r>
                    <w:rPr>
                      <w:sz w:val="26"/>
                    </w:rPr>
                    <w:t>様</w:t>
                  </w:r>
                </w:p>
              </w:tc>
              <w:tc>
                <w:tcPr>
                  <w:tcW w:type="dxa" w:w="4875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 w:val="0"/>
                      <w:sz w:val="21"/>
                    </w:rPr>
                    <w:t>電話番号　　　　（　　　　）</w:t>
                  </w:r>
                </w:p>
              </w:tc>
            </w:tr>
            <w:tr>
              <w:trPr>
                <w:trHeight w:val="482" w:hRule="atLeast"/>
              </w:trPr>
              <w:tc>
                <w:tcPr>
                  <w:tcW w:type="dxa" w:w="4819"/>
                  <w:gridSpan w:val="2"/>
                  <w:vMerge/>
                </w:tcPr>
                <w:p/>
              </w:tc>
              <w:tc>
                <w:tcPr>
                  <w:tcW w:type="dxa" w:w="4875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 w:val="0"/>
                      <w:sz w:val="21"/>
                    </w:rPr>
                    <w:t>携帯電話　　　　（　　　　）</w:t>
                  </w:r>
                </w:p>
              </w:tc>
            </w:tr>
            <w:tr>
              <w:trPr>
                <w:trHeight w:val="709" w:hRule="atLeast"/>
              </w:trPr>
              <w:tc>
                <w:tcPr>
                  <w:tcW w:type="dxa" w:w="9694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b/>
                      <w:sz w:val="22"/>
                    </w:rPr>
                    <w:t>住所　〒</w:t>
                  </w:r>
                </w:p>
              </w:tc>
            </w:tr>
            <w:tr>
              <w:trPr>
                <w:trHeight w:val="709" w:hRule="atLeast"/>
              </w:trPr>
              <w:tc>
                <w:tcPr>
                  <w:tcW w:type="dxa" w:w="368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color w:val="666666"/>
                      <w:sz w:val="15"/>
                    </w:rPr>
                    <w:t>★贈答用みかん5kg</w:t>
                    <w:br/>
                  </w:r>
                  <w:r>
                    <w:rPr>
                      <w:b/>
                      <w:sz w:val="21"/>
                    </w:rPr>
                    <w:t>商品名</w:t>
                  </w:r>
                </w:p>
              </w:tc>
              <w:tc>
                <w:tcPr>
                  <w:tcW w:type="dxa" w:w="113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b/>
                      <w:sz w:val="20"/>
                    </w:rPr>
                    <w:t>数量</w:t>
                  </w:r>
                </w:p>
              </w:tc>
              <w:tc>
                <w:tcPr>
                  <w:tcW w:type="dxa" w:w="85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jc w:val="center"/>
                  </w:pPr>
                  <w:r/>
                  <w:r>
                    <w:rPr>
                      <w:b/>
                      <w:sz w:val="22"/>
                    </w:rPr>
                    <w:t>個</w:t>
                  </w:r>
                </w:p>
              </w:tc>
              <w:tc>
                <w:tcPr>
                  <w:tcW w:type="dxa" w:w="402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/>
                      <w:sz w:val="20"/>
                    </w:rPr>
                    <w:t>備考</w:t>
                  </w:r>
                </w:p>
              </w:tc>
            </w:tr>
          </w:tbl>
          <w:p/>
        </w:tc>
      </w:tr>
    </w:tbl>
    <w:p>
      <w:pPr>
        <w:spacing w:before="0" w:after="0"/>
      </w:pPr>
      <w:r>
        <w:rPr>
          <w:sz w:val="6"/>
        </w:rPr>
      </w:r>
    </w:p>
    <w:tbl>
      <w:tblPr>
        <w:tblW w:type="dxa" w:w="10204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9694"/>
      </w:tblGrid>
      <w:tr>
        <w:tc>
          <w:tcPr>
            <w:tcW w:type="dxa" w:w="510"/>
            <w:vAlign w:val="center"/>
          </w:tcPr>
          <w:p>
            <w:pPr>
              <w:jc w:val="center"/>
            </w:pPr>
            <w:r/>
            <w:r>
              <w:rPr>
                <w:b/>
                <w:sz w:val="32"/>
              </w:rPr>
              <w:t>2</w:t>
            </w:r>
          </w:p>
        </w:tc>
        <w:tc>
          <w:tcPr>
            <w:tcW w:type="dxa" w:w="9694"/>
          </w:tcPr>
          <w:tbl>
            <w:tblPr>
              <w:tblW w:type="dxa" w:w="9694"/>
              <w:tblLayout w:type="fixed"/>
              <w:tblLook w:firstColumn="1" w:firstRow="1" w:lastColumn="0" w:lastRow="0" w:noHBand="0" w:noVBand="1" w:val="04A0"/>
            </w:tblPr>
            <w:tblGrid>
              <w:gridCol w:w="3685"/>
              <w:gridCol w:w="1134"/>
              <w:gridCol w:w="850"/>
              <w:gridCol w:w="4025"/>
            </w:tblGrid>
            <w:tr>
              <w:trPr>
                <w:trHeight w:val="482" w:hRule="atLeast"/>
              </w:trPr>
              <w:tc>
                <w:tcPr>
                  <w:tcW w:type="dxa" w:w="4819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color w:val="666666"/>
                      <w:sz w:val="15"/>
                    </w:rPr>
                    <w:t>ふりがな</w:t>
                    <w:br/>
                  </w:r>
                  <w:r>
                    <w:rPr>
                      <w:b/>
                      <w:sz w:val="22"/>
                    </w:rPr>
                    <w:t>名前</w:t>
                  </w:r>
                </w:p>
                <w:p>
                  <w:pPr>
                    <w:spacing w:before="120"/>
                    <w:jc w:val="right"/>
                  </w:pPr>
                  <w:r>
                    <w:rPr>
                      <w:sz w:val="26"/>
                    </w:rPr>
                    <w:t>様</w:t>
                  </w:r>
                </w:p>
              </w:tc>
              <w:tc>
                <w:tcPr>
                  <w:tcW w:type="dxa" w:w="4875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 w:val="0"/>
                      <w:sz w:val="21"/>
                    </w:rPr>
                    <w:t>電話番号　　　　（　　　　）</w:t>
                  </w:r>
                </w:p>
              </w:tc>
            </w:tr>
            <w:tr>
              <w:trPr>
                <w:trHeight w:val="482" w:hRule="atLeast"/>
              </w:trPr>
              <w:tc>
                <w:tcPr>
                  <w:tcW w:type="dxa" w:w="4819"/>
                  <w:gridSpan w:val="2"/>
                  <w:vMerge/>
                </w:tcPr>
                <w:p/>
              </w:tc>
              <w:tc>
                <w:tcPr>
                  <w:tcW w:type="dxa" w:w="4875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 w:val="0"/>
                      <w:sz w:val="21"/>
                    </w:rPr>
                    <w:t>携帯電話　　　　（　　　　）</w:t>
                  </w:r>
                </w:p>
              </w:tc>
            </w:tr>
            <w:tr>
              <w:trPr>
                <w:trHeight w:val="709" w:hRule="atLeast"/>
              </w:trPr>
              <w:tc>
                <w:tcPr>
                  <w:tcW w:type="dxa" w:w="9694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b/>
                      <w:sz w:val="22"/>
                    </w:rPr>
                    <w:t>住所　〒</w:t>
                  </w:r>
                </w:p>
              </w:tc>
            </w:tr>
            <w:tr>
              <w:trPr>
                <w:trHeight w:val="709" w:hRule="atLeast"/>
              </w:trPr>
              <w:tc>
                <w:tcPr>
                  <w:tcW w:type="dxa" w:w="368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color w:val="666666"/>
                      <w:sz w:val="15"/>
                    </w:rPr>
                    <w:t>★贈答用みかん5kg</w:t>
                    <w:br/>
                  </w:r>
                  <w:r>
                    <w:rPr>
                      <w:b/>
                      <w:sz w:val="21"/>
                    </w:rPr>
                    <w:t>商品名</w:t>
                  </w:r>
                </w:p>
              </w:tc>
              <w:tc>
                <w:tcPr>
                  <w:tcW w:type="dxa" w:w="113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b/>
                      <w:sz w:val="20"/>
                    </w:rPr>
                    <w:t>数量</w:t>
                  </w:r>
                </w:p>
              </w:tc>
              <w:tc>
                <w:tcPr>
                  <w:tcW w:type="dxa" w:w="85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jc w:val="center"/>
                  </w:pPr>
                  <w:r/>
                  <w:r>
                    <w:rPr>
                      <w:b/>
                      <w:sz w:val="22"/>
                    </w:rPr>
                    <w:t>個</w:t>
                  </w:r>
                </w:p>
              </w:tc>
              <w:tc>
                <w:tcPr>
                  <w:tcW w:type="dxa" w:w="402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/>
                      <w:sz w:val="20"/>
                    </w:rPr>
                    <w:t>備考</w:t>
                  </w:r>
                </w:p>
              </w:tc>
            </w:tr>
          </w:tbl>
          <w:p/>
        </w:tc>
      </w:tr>
    </w:tbl>
    <w:p>
      <w:pPr>
        <w:spacing w:before="0" w:after="0"/>
      </w:pPr>
      <w:r>
        <w:rPr>
          <w:sz w:val="6"/>
        </w:rPr>
      </w:r>
    </w:p>
    <w:tbl>
      <w:tblPr>
        <w:tblW w:type="dxa" w:w="10204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9694"/>
      </w:tblGrid>
      <w:tr>
        <w:tc>
          <w:tcPr>
            <w:tcW w:type="dxa" w:w="510"/>
            <w:vAlign w:val="center"/>
          </w:tcPr>
          <w:p>
            <w:pPr>
              <w:jc w:val="center"/>
            </w:pPr>
            <w:r/>
            <w:r>
              <w:rPr>
                <w:b/>
                <w:sz w:val="32"/>
              </w:rPr>
              <w:t>3</w:t>
            </w:r>
          </w:p>
        </w:tc>
        <w:tc>
          <w:tcPr>
            <w:tcW w:type="dxa" w:w="9694"/>
          </w:tcPr>
          <w:tbl>
            <w:tblPr>
              <w:tblW w:type="dxa" w:w="9694"/>
              <w:tblLayout w:type="fixed"/>
              <w:tblLook w:firstColumn="1" w:firstRow="1" w:lastColumn="0" w:lastRow="0" w:noHBand="0" w:noVBand="1" w:val="04A0"/>
            </w:tblPr>
            <w:tblGrid>
              <w:gridCol w:w="3685"/>
              <w:gridCol w:w="1134"/>
              <w:gridCol w:w="850"/>
              <w:gridCol w:w="4025"/>
            </w:tblGrid>
            <w:tr>
              <w:trPr>
                <w:trHeight w:val="482" w:hRule="atLeast"/>
              </w:trPr>
              <w:tc>
                <w:tcPr>
                  <w:tcW w:type="dxa" w:w="4819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color w:val="666666"/>
                      <w:sz w:val="15"/>
                    </w:rPr>
                    <w:t>ふりがな</w:t>
                    <w:br/>
                  </w:r>
                  <w:r>
                    <w:rPr>
                      <w:b/>
                      <w:sz w:val="22"/>
                    </w:rPr>
                    <w:t>名前</w:t>
                  </w:r>
                </w:p>
                <w:p>
                  <w:pPr>
                    <w:spacing w:before="120"/>
                    <w:jc w:val="right"/>
                  </w:pPr>
                  <w:r>
                    <w:rPr>
                      <w:sz w:val="26"/>
                    </w:rPr>
                    <w:t>様</w:t>
                  </w:r>
                </w:p>
              </w:tc>
              <w:tc>
                <w:tcPr>
                  <w:tcW w:type="dxa" w:w="4875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 w:val="0"/>
                      <w:sz w:val="21"/>
                    </w:rPr>
                    <w:t>電話番号　　　　（　　　　）</w:t>
                  </w:r>
                </w:p>
              </w:tc>
            </w:tr>
            <w:tr>
              <w:trPr>
                <w:trHeight w:val="482" w:hRule="atLeast"/>
              </w:trPr>
              <w:tc>
                <w:tcPr>
                  <w:tcW w:type="dxa" w:w="4819"/>
                  <w:gridSpan w:val="2"/>
                  <w:vMerge/>
                </w:tcPr>
                <w:p/>
              </w:tc>
              <w:tc>
                <w:tcPr>
                  <w:tcW w:type="dxa" w:w="4875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 w:val="0"/>
                      <w:sz w:val="21"/>
                    </w:rPr>
                    <w:t>携帯電話　　　　（　　　　）</w:t>
                  </w:r>
                </w:p>
              </w:tc>
            </w:tr>
            <w:tr>
              <w:trPr>
                <w:trHeight w:val="709" w:hRule="atLeast"/>
              </w:trPr>
              <w:tc>
                <w:tcPr>
                  <w:tcW w:type="dxa" w:w="9694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b/>
                      <w:sz w:val="22"/>
                    </w:rPr>
                    <w:t>住所　〒</w:t>
                  </w:r>
                </w:p>
              </w:tc>
            </w:tr>
            <w:tr>
              <w:trPr>
                <w:trHeight w:val="709" w:hRule="atLeast"/>
              </w:trPr>
              <w:tc>
                <w:tcPr>
                  <w:tcW w:type="dxa" w:w="368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color w:val="666666"/>
                      <w:sz w:val="15"/>
                    </w:rPr>
                    <w:t>★贈答用みかん5kg</w:t>
                    <w:br/>
                  </w:r>
                  <w:r>
                    <w:rPr>
                      <w:b/>
                      <w:sz w:val="21"/>
                    </w:rPr>
                    <w:t>商品名</w:t>
                  </w:r>
                </w:p>
              </w:tc>
              <w:tc>
                <w:tcPr>
                  <w:tcW w:type="dxa" w:w="113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r/>
                  <w:r>
                    <w:rPr>
                      <w:b/>
                      <w:sz w:val="20"/>
                    </w:rPr>
                    <w:t>数量</w:t>
                  </w:r>
                </w:p>
              </w:tc>
              <w:tc>
                <w:tcPr>
                  <w:tcW w:type="dxa" w:w="85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jc w:val="center"/>
                  </w:pPr>
                  <w:r/>
                  <w:r>
                    <w:rPr>
                      <w:b/>
                      <w:sz w:val="22"/>
                    </w:rPr>
                    <w:t>個</w:t>
                  </w:r>
                </w:p>
              </w:tc>
              <w:tc>
                <w:tcPr>
                  <w:tcW w:type="dxa" w:w="402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shd w:val="clear" w:color="auto" w:fill="D9D9D9"/>
                </w:tcPr>
                <w:p>
                  <w:r/>
                  <w:r>
                    <w:rPr>
                      <w:b/>
                      <w:sz w:val="20"/>
                    </w:rPr>
                    <w:t>備考</w:t>
                  </w:r>
                </w:p>
              </w:tc>
            </w:tr>
          </w:tbl>
          <w:p/>
        </w:tc>
      </w:tr>
    </w:tbl>
    <w:sectPr w:rsidR="00FC693F" w:rsidRPr="0006063C" w:rsidSect="00034616">
      <w:pgSz w:w="11906" w:h="16838"/>
      <w:pgMar w:top="510" w:right="850" w:bottom="51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Hiragino Sans" w:hAnsi="Hiragino Sans" w:eastAsia="Hiragino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